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13AE" w:rsidRPr="00F6527E" w:rsidRDefault="000013AE">
      <w:pPr>
        <w:jc w:val="center"/>
        <w:rPr>
          <w:b/>
          <w:sz w:val="22"/>
          <w:lang w:val="sq-AL"/>
        </w:rPr>
      </w:pPr>
      <w:r w:rsidRPr="00F6527E">
        <w:rPr>
          <w:noProof/>
          <w:lang w:val="sq-AL"/>
        </w:rPr>
        <w:drawing>
          <wp:anchor distT="0" distB="0" distL="0" distR="0" simplePos="0" relativeHeight="251658240" behindDoc="1" locked="0" layoutInCell="1" hidden="0" allowOverlap="1" wp14:anchorId="413CA8A6" wp14:editId="4F1ECF7B">
            <wp:simplePos x="0" y="0"/>
            <wp:positionH relativeFrom="column">
              <wp:posOffset>2735580</wp:posOffset>
            </wp:positionH>
            <wp:positionV relativeFrom="paragraph">
              <wp:posOffset>4445</wp:posOffset>
            </wp:positionV>
            <wp:extent cx="832672" cy="880049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2672" cy="88004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013AE" w:rsidRPr="00F6527E" w:rsidRDefault="000013AE" w:rsidP="000013AE">
      <w:pPr>
        <w:rPr>
          <w:lang w:val="sq-AL"/>
        </w:rPr>
      </w:pPr>
    </w:p>
    <w:p w:rsidR="000013AE" w:rsidRPr="00F6527E" w:rsidRDefault="000013AE" w:rsidP="000013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q-AL"/>
        </w:rPr>
      </w:pPr>
    </w:p>
    <w:p w:rsidR="000013AE" w:rsidRPr="00F6527E" w:rsidRDefault="000013AE" w:rsidP="000013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q-AL"/>
        </w:rPr>
      </w:pPr>
    </w:p>
    <w:p w:rsidR="000013AE" w:rsidRPr="00F6527E" w:rsidRDefault="000013AE" w:rsidP="000013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q-AL"/>
        </w:rPr>
      </w:pPr>
    </w:p>
    <w:p w:rsidR="000013AE" w:rsidRPr="00F6527E" w:rsidRDefault="000013AE" w:rsidP="000013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b/>
          <w:bCs/>
          <w:color w:val="000000"/>
          <w:sz w:val="24"/>
          <w:szCs w:val="24"/>
          <w:lang w:val="sq-AL"/>
        </w:rPr>
      </w:pPr>
      <w:r w:rsidRPr="00F6527E">
        <w:rPr>
          <w:rFonts w:ascii="Book Antiqua" w:eastAsia="Book Antiqua" w:hAnsi="Book Antiqua" w:cs="Book Antiqua"/>
          <w:b/>
          <w:bCs/>
          <w:color w:val="000000"/>
          <w:sz w:val="24"/>
          <w:szCs w:val="24"/>
          <w:lang w:val="sq-AL"/>
        </w:rPr>
        <w:t>Republika e Kosovës</w:t>
      </w:r>
    </w:p>
    <w:p w:rsidR="000013AE" w:rsidRPr="00F6527E" w:rsidRDefault="000013AE" w:rsidP="000013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b/>
          <w:bCs/>
          <w:color w:val="000000"/>
          <w:sz w:val="24"/>
          <w:szCs w:val="24"/>
          <w:lang w:val="sq-AL"/>
        </w:rPr>
      </w:pPr>
      <w:r w:rsidRPr="00F6527E">
        <w:rPr>
          <w:rFonts w:ascii="Book Antiqua" w:eastAsia="Book Antiqua" w:hAnsi="Book Antiqua" w:cs="Book Antiqua"/>
          <w:b/>
          <w:bCs/>
          <w:color w:val="000000"/>
          <w:sz w:val="24"/>
          <w:szCs w:val="24"/>
          <w:lang w:val="sq-AL"/>
        </w:rPr>
        <w:t>Republika Kosovo - Republic of Kosovo</w:t>
      </w:r>
    </w:p>
    <w:p w:rsidR="000013AE" w:rsidRPr="00F6527E" w:rsidRDefault="000013AE" w:rsidP="000013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b/>
          <w:bCs/>
          <w:i/>
          <w:iCs/>
          <w:color w:val="000000"/>
          <w:sz w:val="24"/>
          <w:szCs w:val="24"/>
          <w:lang w:val="sq-AL"/>
        </w:rPr>
      </w:pPr>
      <w:r w:rsidRPr="00F6527E">
        <w:rPr>
          <w:rFonts w:ascii="Book Antiqua" w:eastAsia="Book Antiqua" w:hAnsi="Book Antiqua" w:cs="Book Antiqua"/>
          <w:b/>
          <w:bCs/>
          <w:i/>
          <w:iCs/>
          <w:color w:val="000000"/>
          <w:sz w:val="24"/>
          <w:szCs w:val="24"/>
          <w:lang w:val="sq-AL"/>
        </w:rPr>
        <w:t>Qeveria – Vlada – Government</w:t>
      </w:r>
    </w:p>
    <w:p w:rsidR="000013AE" w:rsidRPr="00F6527E" w:rsidRDefault="000013AE" w:rsidP="000013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b/>
          <w:bCs/>
          <w:color w:val="000000"/>
          <w:sz w:val="24"/>
          <w:szCs w:val="24"/>
          <w:lang w:val="sq-AL"/>
        </w:rPr>
      </w:pPr>
      <w:r w:rsidRPr="00F6527E">
        <w:rPr>
          <w:rFonts w:ascii="Book Antiqua" w:eastAsia="Book Antiqua" w:hAnsi="Book Antiqua" w:cs="Book Antiqua"/>
          <w:b/>
          <w:bCs/>
          <w:color w:val="000000"/>
          <w:sz w:val="24"/>
          <w:szCs w:val="24"/>
          <w:lang w:val="sq-AL"/>
        </w:rPr>
        <w:t>Ministria e Mjedisit dhe Planifikimit Hapësinor</w:t>
      </w:r>
    </w:p>
    <w:p w:rsidR="000013AE" w:rsidRPr="00F6527E" w:rsidRDefault="000013AE" w:rsidP="000013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b/>
          <w:bCs/>
          <w:color w:val="000000"/>
          <w:sz w:val="24"/>
          <w:szCs w:val="24"/>
          <w:lang w:val="sq-AL"/>
        </w:rPr>
      </w:pPr>
      <w:r w:rsidRPr="00F6527E">
        <w:rPr>
          <w:rFonts w:ascii="Book Antiqua" w:eastAsia="Book Antiqua" w:hAnsi="Book Antiqua" w:cs="Book Antiqua"/>
          <w:b/>
          <w:bCs/>
          <w:color w:val="000000"/>
          <w:sz w:val="24"/>
          <w:szCs w:val="24"/>
          <w:lang w:val="sq-AL"/>
        </w:rPr>
        <w:t>Ministarstvo Životne Sredine i Prostornog Planiranja</w:t>
      </w:r>
    </w:p>
    <w:p w:rsidR="000013AE" w:rsidRPr="00F6527E" w:rsidRDefault="000013AE" w:rsidP="000013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b/>
          <w:bCs/>
          <w:i/>
          <w:iCs/>
          <w:color w:val="000000"/>
          <w:sz w:val="24"/>
          <w:szCs w:val="24"/>
          <w:lang w:val="sq-AL"/>
        </w:rPr>
      </w:pPr>
      <w:r w:rsidRPr="00F6527E">
        <w:rPr>
          <w:rFonts w:ascii="Book Antiqua" w:eastAsia="Book Antiqua" w:hAnsi="Book Antiqua" w:cs="Book Antiqua"/>
          <w:b/>
          <w:bCs/>
          <w:color w:val="000000"/>
          <w:sz w:val="24"/>
          <w:szCs w:val="24"/>
          <w:lang w:val="sq-AL"/>
        </w:rPr>
        <w:t>Ministry of Environment and Spatial  Planning</w:t>
      </w:r>
    </w:p>
    <w:p w:rsidR="000013AE" w:rsidRPr="00F6527E" w:rsidRDefault="000013AE">
      <w:pPr>
        <w:jc w:val="center"/>
        <w:rPr>
          <w:b/>
          <w:sz w:val="22"/>
          <w:lang w:val="sq-AL"/>
        </w:rPr>
      </w:pPr>
    </w:p>
    <w:p w:rsidR="00E05C22" w:rsidRPr="00F6527E" w:rsidRDefault="00B111A6" w:rsidP="000013AE">
      <w:pPr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F6527E">
        <w:rPr>
          <w:rFonts w:ascii="Times New Roman" w:hAnsi="Times New Roman" w:cs="Times New Roman"/>
          <w:b/>
          <w:sz w:val="28"/>
          <w:szCs w:val="28"/>
          <w:lang w:val="sq-AL"/>
        </w:rPr>
        <w:t>FORMULARI I APLIKIMIT</w:t>
      </w:r>
    </w:p>
    <w:p w:rsidR="000013AE" w:rsidRPr="00F6527E" w:rsidRDefault="000013AE" w:rsidP="000013AE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F6527E">
        <w:rPr>
          <w:rFonts w:ascii="Times New Roman" w:hAnsi="Times New Roman" w:cs="Times New Roman"/>
          <w:b/>
          <w:sz w:val="24"/>
          <w:szCs w:val="24"/>
          <w:lang w:val="sq-AL"/>
        </w:rPr>
        <w:t>Për Skem</w:t>
      </w:r>
      <w:r w:rsidR="009C6BC7" w:rsidRPr="00F6527E">
        <w:rPr>
          <w:rFonts w:ascii="Times New Roman" w:hAnsi="Times New Roman" w:cs="Times New Roman"/>
          <w:b/>
          <w:sz w:val="24"/>
          <w:szCs w:val="24"/>
          <w:lang w:val="sq-AL"/>
        </w:rPr>
        <w:t>ë</w:t>
      </w:r>
      <w:r w:rsidRPr="00F6527E">
        <w:rPr>
          <w:rFonts w:ascii="Times New Roman" w:hAnsi="Times New Roman" w:cs="Times New Roman"/>
          <w:b/>
          <w:sz w:val="24"/>
          <w:szCs w:val="24"/>
          <w:lang w:val="sq-AL"/>
        </w:rPr>
        <w:t>n e Subvencioneve për Start-up dhe Ndërmarrje për Riciklim dhe Ekonomi Qarkore</w:t>
      </w:r>
    </w:p>
    <w:p w:rsidR="000013AE" w:rsidRPr="00F6527E" w:rsidRDefault="000013AE" w:rsidP="000013AE">
      <w:pPr>
        <w:rPr>
          <w:rFonts w:ascii="Times New Roman" w:hAnsi="Times New Roman" w:cs="Times New Roman"/>
          <w:sz w:val="24"/>
          <w:szCs w:val="24"/>
          <w:lang w:val="sq-AL"/>
        </w:rPr>
      </w:pPr>
    </w:p>
    <w:p w:rsidR="00E05C22" w:rsidRPr="00F6527E" w:rsidRDefault="00F6527E" w:rsidP="000013AE">
      <w:pPr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sz w:val="24"/>
          <w:szCs w:val="24"/>
          <w:lang w:val="sq-AL"/>
        </w:rPr>
        <w:t>1</w:t>
      </w:r>
      <w:r w:rsidR="00B111A6" w:rsidRPr="00F6527E">
        <w:rPr>
          <w:rFonts w:ascii="Times New Roman" w:hAnsi="Times New Roman" w:cs="Times New Roman"/>
          <w:b/>
          <w:sz w:val="24"/>
          <w:szCs w:val="24"/>
          <w:lang w:val="sq-AL"/>
        </w:rPr>
        <w:t>. TË DHËNAT E APLIKANTIT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76"/>
        <w:gridCol w:w="5076"/>
      </w:tblGrid>
      <w:tr w:rsidR="000013AE" w:rsidRPr="00F6527E" w:rsidTr="001B7BF2">
        <w:tc>
          <w:tcPr>
            <w:tcW w:w="5076" w:type="dxa"/>
            <w:shd w:val="clear" w:color="auto" w:fill="DAEEF3" w:themeFill="accent5" w:themeFillTint="33"/>
          </w:tcPr>
          <w:p w:rsidR="000013AE" w:rsidRPr="00F6527E" w:rsidRDefault="000013AE" w:rsidP="000013AE">
            <w:pPr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</w:p>
        </w:tc>
        <w:tc>
          <w:tcPr>
            <w:tcW w:w="5076" w:type="dxa"/>
            <w:shd w:val="clear" w:color="auto" w:fill="DAEEF3" w:themeFill="accent5" w:themeFillTint="33"/>
          </w:tcPr>
          <w:p w:rsidR="000013AE" w:rsidRPr="00F6527E" w:rsidRDefault="001B7BF2" w:rsidP="000013AE">
            <w:pPr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F6527E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T</w:t>
            </w:r>
            <w:r w:rsidR="00F6527E" w:rsidRPr="00F6527E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ë</w:t>
            </w:r>
            <w:r w:rsidRPr="00F6527E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 xml:space="preserve"> dh</w:t>
            </w:r>
            <w:r w:rsidR="00F6527E" w:rsidRPr="00F6527E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ë</w:t>
            </w:r>
            <w:r w:rsidR="000013AE" w:rsidRPr="00F6527E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nat e aplikuesit</w:t>
            </w:r>
          </w:p>
        </w:tc>
      </w:tr>
      <w:tr w:rsidR="000013AE" w:rsidRPr="00F6527E" w:rsidTr="000013AE">
        <w:tc>
          <w:tcPr>
            <w:tcW w:w="5076" w:type="dxa"/>
          </w:tcPr>
          <w:p w:rsidR="000013AE" w:rsidRPr="00F6527E" w:rsidRDefault="000013AE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F6527E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Emri ligjor i subjektit:</w:t>
            </w:r>
          </w:p>
        </w:tc>
        <w:tc>
          <w:tcPr>
            <w:tcW w:w="5076" w:type="dxa"/>
          </w:tcPr>
          <w:p w:rsidR="000013AE" w:rsidRPr="00F6527E" w:rsidRDefault="000013AE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0013AE" w:rsidRPr="00F6527E" w:rsidTr="000013AE">
        <w:tc>
          <w:tcPr>
            <w:tcW w:w="5076" w:type="dxa"/>
          </w:tcPr>
          <w:p w:rsidR="000013AE" w:rsidRPr="00F6527E" w:rsidRDefault="000013AE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F6527E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N</w:t>
            </w:r>
            <w:r w:rsidRPr="00F6527E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umri i regjistrimit</w:t>
            </w:r>
            <w:r w:rsidRPr="00F6527E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/Numri fiskal</w:t>
            </w:r>
            <w:r w:rsidRPr="00F6527E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:</w:t>
            </w:r>
          </w:p>
        </w:tc>
        <w:tc>
          <w:tcPr>
            <w:tcW w:w="5076" w:type="dxa"/>
          </w:tcPr>
          <w:p w:rsidR="000013AE" w:rsidRPr="00F6527E" w:rsidRDefault="000013AE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0013AE" w:rsidRPr="00F6527E" w:rsidTr="000013AE">
        <w:tc>
          <w:tcPr>
            <w:tcW w:w="5076" w:type="dxa"/>
          </w:tcPr>
          <w:p w:rsidR="000013AE" w:rsidRPr="00F6527E" w:rsidRDefault="000013AE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F6527E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Data e regjistrimit:</w:t>
            </w:r>
          </w:p>
        </w:tc>
        <w:tc>
          <w:tcPr>
            <w:tcW w:w="5076" w:type="dxa"/>
          </w:tcPr>
          <w:p w:rsidR="000013AE" w:rsidRPr="00F6527E" w:rsidRDefault="000013AE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0013AE" w:rsidRPr="00F6527E" w:rsidTr="000013AE">
        <w:tc>
          <w:tcPr>
            <w:tcW w:w="5076" w:type="dxa"/>
          </w:tcPr>
          <w:p w:rsidR="000013AE" w:rsidRPr="00F6527E" w:rsidRDefault="000013AE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F6527E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Lloji i subjektit</w:t>
            </w:r>
            <w:r w:rsidR="00025E30" w:rsidRPr="00F6527E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/fush</w:t>
            </w:r>
            <w:r w:rsidR="00F6527E" w:rsidRPr="00F6527E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Pr="00F6527E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veprimtaria:</w:t>
            </w:r>
          </w:p>
        </w:tc>
        <w:tc>
          <w:tcPr>
            <w:tcW w:w="5076" w:type="dxa"/>
          </w:tcPr>
          <w:p w:rsidR="000013AE" w:rsidRPr="00F6527E" w:rsidRDefault="000013AE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0013AE" w:rsidRPr="00F6527E" w:rsidTr="000013AE">
        <w:tc>
          <w:tcPr>
            <w:tcW w:w="5076" w:type="dxa"/>
          </w:tcPr>
          <w:p w:rsidR="000013AE" w:rsidRPr="00F6527E" w:rsidRDefault="000013AE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F6527E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Adresa:</w:t>
            </w:r>
          </w:p>
        </w:tc>
        <w:tc>
          <w:tcPr>
            <w:tcW w:w="5076" w:type="dxa"/>
          </w:tcPr>
          <w:p w:rsidR="000013AE" w:rsidRPr="00F6527E" w:rsidRDefault="000013AE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0013AE" w:rsidRPr="00F6527E" w:rsidTr="000013AE">
        <w:tc>
          <w:tcPr>
            <w:tcW w:w="5076" w:type="dxa"/>
          </w:tcPr>
          <w:p w:rsidR="000013AE" w:rsidRPr="00F6527E" w:rsidRDefault="000013AE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F6527E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Komuna:</w:t>
            </w:r>
          </w:p>
        </w:tc>
        <w:tc>
          <w:tcPr>
            <w:tcW w:w="5076" w:type="dxa"/>
          </w:tcPr>
          <w:p w:rsidR="000013AE" w:rsidRPr="00F6527E" w:rsidRDefault="000013AE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0013AE" w:rsidRPr="00F6527E" w:rsidTr="000013AE">
        <w:tc>
          <w:tcPr>
            <w:tcW w:w="5076" w:type="dxa"/>
          </w:tcPr>
          <w:p w:rsidR="000013AE" w:rsidRPr="00F6527E" w:rsidRDefault="000013AE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F6527E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Personi përgjegjës:</w:t>
            </w:r>
          </w:p>
        </w:tc>
        <w:tc>
          <w:tcPr>
            <w:tcW w:w="5076" w:type="dxa"/>
          </w:tcPr>
          <w:p w:rsidR="000013AE" w:rsidRPr="00F6527E" w:rsidRDefault="000013AE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0013AE" w:rsidRPr="00F6527E" w:rsidTr="000013AE">
        <w:tc>
          <w:tcPr>
            <w:tcW w:w="5076" w:type="dxa"/>
          </w:tcPr>
          <w:p w:rsidR="000013AE" w:rsidRPr="00F6527E" w:rsidRDefault="000013AE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F6527E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Pozita:</w:t>
            </w:r>
          </w:p>
        </w:tc>
        <w:tc>
          <w:tcPr>
            <w:tcW w:w="5076" w:type="dxa"/>
          </w:tcPr>
          <w:p w:rsidR="000013AE" w:rsidRPr="00F6527E" w:rsidRDefault="000013AE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0013AE" w:rsidRPr="00F6527E" w:rsidTr="000013AE">
        <w:tc>
          <w:tcPr>
            <w:tcW w:w="5076" w:type="dxa"/>
          </w:tcPr>
          <w:p w:rsidR="000013AE" w:rsidRPr="00F6527E" w:rsidRDefault="000013AE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F6527E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Personi kontaktues:</w:t>
            </w:r>
          </w:p>
        </w:tc>
        <w:tc>
          <w:tcPr>
            <w:tcW w:w="5076" w:type="dxa"/>
          </w:tcPr>
          <w:p w:rsidR="000013AE" w:rsidRPr="00F6527E" w:rsidRDefault="000013AE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0013AE" w:rsidRPr="00F6527E" w:rsidTr="000013AE">
        <w:tc>
          <w:tcPr>
            <w:tcW w:w="5076" w:type="dxa"/>
          </w:tcPr>
          <w:p w:rsidR="000013AE" w:rsidRPr="00F6527E" w:rsidRDefault="000013AE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F6527E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Telefon/e-mail:</w:t>
            </w:r>
          </w:p>
        </w:tc>
        <w:tc>
          <w:tcPr>
            <w:tcW w:w="5076" w:type="dxa"/>
          </w:tcPr>
          <w:p w:rsidR="000013AE" w:rsidRPr="00F6527E" w:rsidRDefault="000013AE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</w:tr>
    </w:tbl>
    <w:p w:rsidR="000013AE" w:rsidRPr="00F6527E" w:rsidRDefault="000013AE" w:rsidP="000013AE">
      <w:pPr>
        <w:rPr>
          <w:rFonts w:ascii="Times New Roman" w:hAnsi="Times New Roman" w:cs="Times New Roman"/>
          <w:sz w:val="24"/>
          <w:szCs w:val="24"/>
          <w:lang w:val="sq-AL"/>
        </w:rPr>
      </w:pPr>
    </w:p>
    <w:p w:rsidR="00E05C22" w:rsidRPr="00F6527E" w:rsidRDefault="00F6527E" w:rsidP="000013AE">
      <w:pPr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sz w:val="24"/>
          <w:szCs w:val="24"/>
          <w:lang w:val="sq-AL"/>
        </w:rPr>
        <w:t>2</w:t>
      </w:r>
      <w:r w:rsidR="00B111A6" w:rsidRPr="00F6527E">
        <w:rPr>
          <w:rFonts w:ascii="Times New Roman" w:hAnsi="Times New Roman" w:cs="Times New Roman"/>
          <w:b/>
          <w:sz w:val="24"/>
          <w:szCs w:val="24"/>
          <w:lang w:val="sq-AL"/>
        </w:rPr>
        <w:t>. TË DHËNAT E PROJEKTIT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76"/>
        <w:gridCol w:w="5076"/>
      </w:tblGrid>
      <w:tr w:rsidR="001B7BF2" w:rsidRPr="00F6527E" w:rsidTr="006D42AD">
        <w:tc>
          <w:tcPr>
            <w:tcW w:w="5076" w:type="dxa"/>
            <w:shd w:val="clear" w:color="auto" w:fill="DAEEF3" w:themeFill="accent5" w:themeFillTint="33"/>
          </w:tcPr>
          <w:p w:rsidR="001B7BF2" w:rsidRPr="00F6527E" w:rsidRDefault="001B7BF2" w:rsidP="006D42AD">
            <w:pPr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</w:p>
        </w:tc>
        <w:tc>
          <w:tcPr>
            <w:tcW w:w="5076" w:type="dxa"/>
            <w:shd w:val="clear" w:color="auto" w:fill="DAEEF3" w:themeFill="accent5" w:themeFillTint="33"/>
          </w:tcPr>
          <w:p w:rsidR="001B7BF2" w:rsidRPr="00F6527E" w:rsidRDefault="001B7BF2" w:rsidP="006D42AD">
            <w:pPr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F6527E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T</w:t>
            </w:r>
            <w:r w:rsidR="00F6527E" w:rsidRPr="00F6527E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ë</w:t>
            </w:r>
            <w:r w:rsidRPr="00F6527E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 xml:space="preserve"> dh</w:t>
            </w:r>
            <w:r w:rsidR="00F6527E" w:rsidRPr="00F6527E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ë</w:t>
            </w:r>
            <w:r w:rsidRPr="00F6527E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nat p</w:t>
            </w:r>
            <w:r w:rsidR="00F6527E" w:rsidRPr="00F6527E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ë</w:t>
            </w:r>
            <w:r w:rsidRPr="00F6527E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r projektin</w:t>
            </w:r>
          </w:p>
        </w:tc>
      </w:tr>
      <w:tr w:rsidR="001B7BF2" w:rsidRPr="00F6527E" w:rsidTr="006D42AD">
        <w:tc>
          <w:tcPr>
            <w:tcW w:w="5076" w:type="dxa"/>
          </w:tcPr>
          <w:p w:rsidR="00025E30" w:rsidRDefault="001B7BF2" w:rsidP="006D42AD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F6527E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Titulli i projektit:</w:t>
            </w:r>
          </w:p>
          <w:p w:rsidR="00F6527E" w:rsidRPr="00F6527E" w:rsidRDefault="00F6527E" w:rsidP="006D42AD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5076" w:type="dxa"/>
          </w:tcPr>
          <w:p w:rsidR="001B7BF2" w:rsidRPr="00F6527E" w:rsidRDefault="001B7BF2" w:rsidP="006D42AD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1B7BF2" w:rsidRPr="00F6527E" w:rsidTr="006D42AD">
        <w:tc>
          <w:tcPr>
            <w:tcW w:w="5076" w:type="dxa"/>
          </w:tcPr>
          <w:p w:rsidR="001B7BF2" w:rsidRPr="00F6527E" w:rsidRDefault="00025E30" w:rsidP="006D42AD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F6527E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Prioriteti tematik</w:t>
            </w:r>
            <w:r w:rsidR="001B7BF2" w:rsidRPr="00F6527E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:</w:t>
            </w:r>
          </w:p>
          <w:p w:rsidR="00025E30" w:rsidRPr="00F6527E" w:rsidRDefault="00025E30" w:rsidP="006D42AD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5076" w:type="dxa"/>
          </w:tcPr>
          <w:p w:rsidR="001B7BF2" w:rsidRPr="00F6527E" w:rsidRDefault="001B7BF2" w:rsidP="006D42AD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1B7BF2" w:rsidRPr="00F6527E" w:rsidTr="006D42AD">
        <w:tc>
          <w:tcPr>
            <w:tcW w:w="5076" w:type="dxa"/>
          </w:tcPr>
          <w:p w:rsidR="001B7BF2" w:rsidRPr="00F6527E" w:rsidRDefault="001B7BF2" w:rsidP="006D42AD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F6527E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Lokacioni i zbatimit:</w:t>
            </w:r>
          </w:p>
          <w:p w:rsidR="00025E30" w:rsidRPr="00F6527E" w:rsidRDefault="00025E30" w:rsidP="006D42AD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5076" w:type="dxa"/>
          </w:tcPr>
          <w:p w:rsidR="001B7BF2" w:rsidRPr="00F6527E" w:rsidRDefault="001B7BF2" w:rsidP="006D42AD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1B7BF2" w:rsidRPr="00F6527E" w:rsidTr="006D42AD">
        <w:tc>
          <w:tcPr>
            <w:tcW w:w="5076" w:type="dxa"/>
          </w:tcPr>
          <w:p w:rsidR="001B7BF2" w:rsidRPr="00F6527E" w:rsidRDefault="001B7BF2" w:rsidP="006D42AD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F6527E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Kohëzgjatja e propozuar:</w:t>
            </w:r>
          </w:p>
          <w:p w:rsidR="00025E30" w:rsidRPr="00F6527E" w:rsidRDefault="00025E30" w:rsidP="006D42AD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5076" w:type="dxa"/>
          </w:tcPr>
          <w:p w:rsidR="001B7BF2" w:rsidRPr="00F6527E" w:rsidRDefault="001B7BF2" w:rsidP="006D42AD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1B7BF2" w:rsidRPr="00F6527E" w:rsidTr="006D42AD">
        <w:tc>
          <w:tcPr>
            <w:tcW w:w="5076" w:type="dxa"/>
          </w:tcPr>
          <w:p w:rsidR="001B7BF2" w:rsidRPr="00F6527E" w:rsidRDefault="001B7BF2" w:rsidP="006D42AD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F6527E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Shuma e kërkuar (€):</w:t>
            </w:r>
          </w:p>
          <w:p w:rsidR="00025E30" w:rsidRPr="00F6527E" w:rsidRDefault="00025E30" w:rsidP="006D42AD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5076" w:type="dxa"/>
          </w:tcPr>
          <w:p w:rsidR="001B7BF2" w:rsidRPr="00F6527E" w:rsidRDefault="001B7BF2" w:rsidP="006D42AD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</w:tr>
    </w:tbl>
    <w:p w:rsidR="001B7BF2" w:rsidRPr="00F6527E" w:rsidRDefault="001B7BF2" w:rsidP="000013AE">
      <w:pPr>
        <w:rPr>
          <w:rFonts w:ascii="Times New Roman" w:hAnsi="Times New Roman" w:cs="Times New Roman"/>
          <w:sz w:val="24"/>
          <w:szCs w:val="24"/>
          <w:lang w:val="sq-AL"/>
        </w:rPr>
      </w:pPr>
    </w:p>
    <w:p w:rsidR="00E05C22" w:rsidRPr="00F6527E" w:rsidRDefault="00F6527E" w:rsidP="000013AE">
      <w:pPr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sz w:val="24"/>
          <w:szCs w:val="24"/>
          <w:lang w:val="sq-AL"/>
        </w:rPr>
        <w:lastRenderedPageBreak/>
        <w:t>3</w:t>
      </w:r>
      <w:r w:rsidR="00B111A6" w:rsidRPr="00F6527E">
        <w:rPr>
          <w:rFonts w:ascii="Times New Roman" w:hAnsi="Times New Roman" w:cs="Times New Roman"/>
          <w:b/>
          <w:sz w:val="24"/>
          <w:szCs w:val="24"/>
          <w:lang w:val="sq-AL"/>
        </w:rPr>
        <w:t>. PROBLEMI DHE NEVOJA</w:t>
      </w:r>
    </w:p>
    <w:p w:rsidR="00E05C22" w:rsidRPr="00F6527E" w:rsidRDefault="00B111A6" w:rsidP="000013AE">
      <w:pPr>
        <w:rPr>
          <w:rFonts w:ascii="Times New Roman" w:hAnsi="Times New Roman" w:cs="Times New Roman"/>
          <w:sz w:val="24"/>
          <w:szCs w:val="24"/>
          <w:lang w:val="sq-AL"/>
        </w:rPr>
      </w:pPr>
      <w:r w:rsidRPr="00F6527E">
        <w:rPr>
          <w:rFonts w:ascii="Times New Roman" w:hAnsi="Times New Roman" w:cs="Times New Roman"/>
          <w:sz w:val="24"/>
          <w:szCs w:val="24"/>
          <w:lang w:val="sq-AL"/>
        </w:rPr>
        <w:t xml:space="preserve">Përshkruani problemin konkret </w:t>
      </w:r>
      <w:r w:rsidRPr="00F6527E">
        <w:rPr>
          <w:rFonts w:ascii="Times New Roman" w:hAnsi="Times New Roman" w:cs="Times New Roman"/>
          <w:sz w:val="24"/>
          <w:szCs w:val="24"/>
          <w:lang w:val="sq-AL"/>
        </w:rPr>
        <w:t>që adresohet. (maks. 500 fjalë)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52"/>
      </w:tblGrid>
      <w:tr w:rsidR="001B7BF2" w:rsidRPr="00F6527E" w:rsidTr="001B7BF2">
        <w:tc>
          <w:tcPr>
            <w:tcW w:w="10152" w:type="dxa"/>
          </w:tcPr>
          <w:p w:rsidR="001B7BF2" w:rsidRPr="00F6527E" w:rsidRDefault="001B7BF2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1B7BF2" w:rsidRPr="00F6527E" w:rsidRDefault="001B7BF2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1B7BF2" w:rsidRPr="00F6527E" w:rsidRDefault="001B7BF2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1B7BF2" w:rsidRPr="00F6527E" w:rsidRDefault="001B7BF2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1B7BF2" w:rsidRPr="00F6527E" w:rsidRDefault="001B7BF2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1B7BF2" w:rsidRPr="00F6527E" w:rsidRDefault="001B7BF2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</w:tr>
    </w:tbl>
    <w:p w:rsidR="001B7BF2" w:rsidRPr="00F6527E" w:rsidRDefault="001B7BF2" w:rsidP="000013AE">
      <w:pPr>
        <w:rPr>
          <w:rFonts w:ascii="Times New Roman" w:hAnsi="Times New Roman" w:cs="Times New Roman"/>
          <w:sz w:val="24"/>
          <w:szCs w:val="24"/>
          <w:lang w:val="sq-AL"/>
        </w:rPr>
      </w:pPr>
    </w:p>
    <w:p w:rsidR="00E05C22" w:rsidRPr="00F6527E" w:rsidRDefault="00F6527E" w:rsidP="000013AE">
      <w:pPr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sz w:val="24"/>
          <w:szCs w:val="24"/>
          <w:lang w:val="sq-AL"/>
        </w:rPr>
        <w:t>4</w:t>
      </w:r>
      <w:r w:rsidR="00B111A6" w:rsidRPr="00F6527E">
        <w:rPr>
          <w:rFonts w:ascii="Times New Roman" w:hAnsi="Times New Roman" w:cs="Times New Roman"/>
          <w:b/>
          <w:sz w:val="24"/>
          <w:szCs w:val="24"/>
          <w:lang w:val="sq-AL"/>
        </w:rPr>
        <w:t>. ZGJIDHJA E PROPOZUAR</w:t>
      </w:r>
    </w:p>
    <w:p w:rsidR="001B7BF2" w:rsidRPr="00F6527E" w:rsidRDefault="00B111A6" w:rsidP="000013AE">
      <w:pPr>
        <w:rPr>
          <w:rFonts w:ascii="Times New Roman" w:hAnsi="Times New Roman" w:cs="Times New Roman"/>
          <w:sz w:val="24"/>
          <w:szCs w:val="24"/>
          <w:lang w:val="sq-AL"/>
        </w:rPr>
      </w:pPr>
      <w:r w:rsidRPr="00F6527E">
        <w:rPr>
          <w:rFonts w:ascii="Times New Roman" w:hAnsi="Times New Roman" w:cs="Times New Roman"/>
          <w:sz w:val="24"/>
          <w:szCs w:val="24"/>
          <w:lang w:val="sq-AL"/>
        </w:rPr>
        <w:t>Përshkrimi i produktit/shërbimit/procesit/</w:t>
      </w:r>
      <w:r w:rsidRPr="00F6527E">
        <w:rPr>
          <w:rFonts w:ascii="Times New Roman" w:hAnsi="Times New Roman" w:cs="Times New Roman"/>
          <w:sz w:val="24"/>
          <w:szCs w:val="24"/>
          <w:lang w:val="sq-AL"/>
        </w:rPr>
        <w:t>modelit dhe karakteri inovativ. (maks. 700 fjalë)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52"/>
      </w:tblGrid>
      <w:tr w:rsidR="001B7BF2" w:rsidRPr="00F6527E" w:rsidTr="001B7BF2">
        <w:tc>
          <w:tcPr>
            <w:tcW w:w="10152" w:type="dxa"/>
          </w:tcPr>
          <w:p w:rsidR="001B7BF2" w:rsidRPr="00F6527E" w:rsidRDefault="001B7BF2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1B7BF2" w:rsidRPr="00F6527E" w:rsidRDefault="001B7BF2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1B7BF2" w:rsidRPr="00F6527E" w:rsidRDefault="001B7BF2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1B7BF2" w:rsidRPr="00F6527E" w:rsidRDefault="001B7BF2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1B7BF2" w:rsidRPr="00F6527E" w:rsidRDefault="001B7BF2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1B7BF2" w:rsidRPr="00F6527E" w:rsidRDefault="001B7BF2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1B7BF2" w:rsidRPr="00F6527E" w:rsidRDefault="001B7BF2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1B7BF2" w:rsidRPr="00F6527E" w:rsidRDefault="001B7BF2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</w:tr>
    </w:tbl>
    <w:p w:rsidR="001B7BF2" w:rsidRPr="00F6527E" w:rsidRDefault="001B7BF2" w:rsidP="000013AE">
      <w:pPr>
        <w:rPr>
          <w:rFonts w:ascii="Times New Roman" w:hAnsi="Times New Roman" w:cs="Times New Roman"/>
          <w:sz w:val="24"/>
          <w:szCs w:val="24"/>
          <w:lang w:val="sq-AL"/>
        </w:rPr>
      </w:pPr>
    </w:p>
    <w:p w:rsidR="00E05C22" w:rsidRPr="00F6527E" w:rsidRDefault="00F6527E" w:rsidP="000013AE">
      <w:pPr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sz w:val="24"/>
          <w:szCs w:val="24"/>
          <w:lang w:val="sq-AL"/>
        </w:rPr>
        <w:t>5</w:t>
      </w:r>
      <w:r w:rsidR="00B111A6" w:rsidRPr="00F6527E">
        <w:rPr>
          <w:rFonts w:ascii="Times New Roman" w:hAnsi="Times New Roman" w:cs="Times New Roman"/>
          <w:b/>
          <w:sz w:val="24"/>
          <w:szCs w:val="24"/>
          <w:lang w:val="sq-AL"/>
        </w:rPr>
        <w:t>. OBJEKTIVAT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76"/>
        <w:gridCol w:w="5076"/>
      </w:tblGrid>
      <w:tr w:rsidR="001B7BF2" w:rsidRPr="00F6527E" w:rsidTr="001B7BF2">
        <w:tc>
          <w:tcPr>
            <w:tcW w:w="5076" w:type="dxa"/>
          </w:tcPr>
          <w:p w:rsidR="001B7BF2" w:rsidRPr="00F6527E" w:rsidRDefault="001B7BF2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F6527E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Objektivi i përgjithshëm:</w:t>
            </w:r>
          </w:p>
          <w:p w:rsidR="001B7BF2" w:rsidRPr="00F6527E" w:rsidRDefault="001B7BF2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5076" w:type="dxa"/>
          </w:tcPr>
          <w:p w:rsidR="001B7BF2" w:rsidRPr="00F6527E" w:rsidRDefault="001B7BF2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1B7BF2" w:rsidRPr="00F6527E" w:rsidTr="001B7BF2">
        <w:tc>
          <w:tcPr>
            <w:tcW w:w="5076" w:type="dxa"/>
          </w:tcPr>
          <w:p w:rsidR="001B7BF2" w:rsidRPr="00F6527E" w:rsidRDefault="001B7BF2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F6527E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Objektivat specifike:</w:t>
            </w:r>
          </w:p>
        </w:tc>
        <w:tc>
          <w:tcPr>
            <w:tcW w:w="5076" w:type="dxa"/>
          </w:tcPr>
          <w:p w:rsidR="001B7BF2" w:rsidRPr="00F6527E" w:rsidRDefault="001B7BF2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F6527E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1.</w:t>
            </w:r>
          </w:p>
          <w:p w:rsidR="001B7BF2" w:rsidRPr="00F6527E" w:rsidRDefault="001B7BF2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F6527E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2.</w:t>
            </w:r>
          </w:p>
          <w:p w:rsidR="001B7BF2" w:rsidRPr="00F6527E" w:rsidRDefault="001B7BF2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F6527E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3.</w:t>
            </w:r>
          </w:p>
          <w:p w:rsidR="001B7BF2" w:rsidRPr="00F6527E" w:rsidRDefault="001B7BF2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</w:tr>
    </w:tbl>
    <w:p w:rsidR="001B7BF2" w:rsidRPr="00F6527E" w:rsidRDefault="001B7BF2" w:rsidP="000013AE">
      <w:pPr>
        <w:rPr>
          <w:rFonts w:ascii="Times New Roman" w:hAnsi="Times New Roman" w:cs="Times New Roman"/>
          <w:sz w:val="24"/>
          <w:szCs w:val="24"/>
          <w:lang w:val="sq-AL"/>
        </w:rPr>
      </w:pPr>
    </w:p>
    <w:p w:rsidR="00E05C22" w:rsidRPr="00F6527E" w:rsidRDefault="00F6527E" w:rsidP="000013AE">
      <w:pPr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sz w:val="24"/>
          <w:szCs w:val="24"/>
          <w:lang w:val="sq-AL"/>
        </w:rPr>
        <w:t>6</w:t>
      </w:r>
      <w:r w:rsidR="00B111A6" w:rsidRPr="00F6527E">
        <w:rPr>
          <w:rFonts w:ascii="Times New Roman" w:hAnsi="Times New Roman" w:cs="Times New Roman"/>
          <w:b/>
          <w:sz w:val="24"/>
          <w:szCs w:val="24"/>
          <w:lang w:val="sq-AL"/>
        </w:rPr>
        <w:t>. AKTIVITETET DHE PLANI I ZBATIMIT</w:t>
      </w:r>
    </w:p>
    <w:p w:rsidR="00E05C22" w:rsidRPr="00F6527E" w:rsidRDefault="00B111A6" w:rsidP="000013AE">
      <w:pPr>
        <w:rPr>
          <w:rFonts w:ascii="Times New Roman" w:hAnsi="Times New Roman" w:cs="Times New Roman"/>
          <w:sz w:val="24"/>
          <w:szCs w:val="24"/>
          <w:lang w:val="sq-AL"/>
        </w:rPr>
      </w:pPr>
      <w:r w:rsidRPr="00F6527E">
        <w:rPr>
          <w:rFonts w:ascii="Times New Roman" w:hAnsi="Times New Roman" w:cs="Times New Roman"/>
          <w:sz w:val="24"/>
          <w:szCs w:val="24"/>
          <w:lang w:val="sq-AL"/>
        </w:rPr>
        <w:t>Përshkruani aktivitetet, afatet, përgjegjësit dhe rezultatet e pritshme.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52"/>
      </w:tblGrid>
      <w:tr w:rsidR="001B7BF2" w:rsidRPr="00F6527E" w:rsidTr="001B7BF2">
        <w:tc>
          <w:tcPr>
            <w:tcW w:w="10152" w:type="dxa"/>
          </w:tcPr>
          <w:p w:rsidR="001B7BF2" w:rsidRPr="00F6527E" w:rsidRDefault="001B7BF2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1B7BF2" w:rsidRPr="00F6527E" w:rsidRDefault="001B7BF2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1B7BF2" w:rsidRPr="00F6527E" w:rsidRDefault="001B7BF2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1B7BF2" w:rsidRPr="00F6527E" w:rsidRDefault="001B7BF2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1B7BF2" w:rsidRPr="00F6527E" w:rsidRDefault="001B7BF2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1B7BF2" w:rsidRPr="00F6527E" w:rsidRDefault="001B7BF2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1B7BF2" w:rsidRPr="00F6527E" w:rsidRDefault="001B7BF2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</w:tr>
    </w:tbl>
    <w:p w:rsidR="001B7BF2" w:rsidRPr="00F6527E" w:rsidRDefault="001B7BF2" w:rsidP="000013AE">
      <w:pPr>
        <w:rPr>
          <w:rFonts w:ascii="Times New Roman" w:hAnsi="Times New Roman" w:cs="Times New Roman"/>
          <w:sz w:val="24"/>
          <w:szCs w:val="24"/>
          <w:lang w:val="sq-AL"/>
        </w:rPr>
      </w:pPr>
    </w:p>
    <w:p w:rsidR="001B7BF2" w:rsidRPr="00F6527E" w:rsidRDefault="001B7BF2" w:rsidP="000013AE">
      <w:pPr>
        <w:rPr>
          <w:rFonts w:ascii="Times New Roman" w:hAnsi="Times New Roman" w:cs="Times New Roman"/>
          <w:sz w:val="24"/>
          <w:szCs w:val="24"/>
          <w:lang w:val="sq-AL"/>
        </w:rPr>
      </w:pPr>
    </w:p>
    <w:p w:rsidR="00E05C22" w:rsidRPr="00F6527E" w:rsidRDefault="00F6527E" w:rsidP="000013AE">
      <w:pPr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sz w:val="24"/>
          <w:szCs w:val="24"/>
          <w:lang w:val="sq-AL"/>
        </w:rPr>
        <w:lastRenderedPageBreak/>
        <w:t>7</w:t>
      </w:r>
      <w:r w:rsidR="00B111A6" w:rsidRPr="00F6527E">
        <w:rPr>
          <w:rFonts w:ascii="Times New Roman" w:hAnsi="Times New Roman" w:cs="Times New Roman"/>
          <w:b/>
          <w:sz w:val="24"/>
          <w:szCs w:val="24"/>
          <w:lang w:val="sq-AL"/>
        </w:rPr>
        <w:t>. REZULTATET DHE INDIKATORËT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5"/>
        <w:gridCol w:w="2230"/>
        <w:gridCol w:w="1967"/>
        <w:gridCol w:w="1636"/>
        <w:gridCol w:w="2334"/>
      </w:tblGrid>
      <w:tr w:rsidR="001B7BF2" w:rsidRPr="00F6527E" w:rsidTr="001B7BF2">
        <w:tc>
          <w:tcPr>
            <w:tcW w:w="1985" w:type="dxa"/>
            <w:shd w:val="clear" w:color="auto" w:fill="DAEEF3" w:themeFill="accent5" w:themeFillTint="33"/>
          </w:tcPr>
          <w:p w:rsidR="001B7BF2" w:rsidRPr="00F6527E" w:rsidRDefault="001B7BF2" w:rsidP="000013AE">
            <w:pPr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F6527E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Rezultati</w:t>
            </w:r>
          </w:p>
        </w:tc>
        <w:tc>
          <w:tcPr>
            <w:tcW w:w="2230" w:type="dxa"/>
            <w:shd w:val="clear" w:color="auto" w:fill="DAEEF3" w:themeFill="accent5" w:themeFillTint="33"/>
          </w:tcPr>
          <w:p w:rsidR="001B7BF2" w:rsidRPr="00F6527E" w:rsidRDefault="001B7BF2" w:rsidP="000013AE">
            <w:pPr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F6527E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Indikatori</w:t>
            </w:r>
            <w:r w:rsidRPr="00F6527E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/Treguesi</w:t>
            </w:r>
          </w:p>
        </w:tc>
        <w:tc>
          <w:tcPr>
            <w:tcW w:w="1967" w:type="dxa"/>
            <w:shd w:val="clear" w:color="auto" w:fill="DAEEF3" w:themeFill="accent5" w:themeFillTint="33"/>
          </w:tcPr>
          <w:p w:rsidR="001B7BF2" w:rsidRPr="00F6527E" w:rsidRDefault="001B7BF2" w:rsidP="000013AE">
            <w:pPr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F6527E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Vlera bazë</w:t>
            </w:r>
          </w:p>
        </w:tc>
        <w:tc>
          <w:tcPr>
            <w:tcW w:w="1636" w:type="dxa"/>
            <w:shd w:val="clear" w:color="auto" w:fill="DAEEF3" w:themeFill="accent5" w:themeFillTint="33"/>
          </w:tcPr>
          <w:p w:rsidR="001B7BF2" w:rsidRPr="00F6527E" w:rsidRDefault="001B7BF2" w:rsidP="000013AE">
            <w:pPr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F6527E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Synimi</w:t>
            </w:r>
          </w:p>
        </w:tc>
        <w:tc>
          <w:tcPr>
            <w:tcW w:w="2334" w:type="dxa"/>
            <w:shd w:val="clear" w:color="auto" w:fill="DAEEF3" w:themeFill="accent5" w:themeFillTint="33"/>
          </w:tcPr>
          <w:p w:rsidR="001B7BF2" w:rsidRPr="00F6527E" w:rsidRDefault="001B7BF2" w:rsidP="000013AE">
            <w:pPr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F6527E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Burimi i verifikimit</w:t>
            </w:r>
          </w:p>
          <w:p w:rsidR="001B7BF2" w:rsidRPr="00F6527E" w:rsidRDefault="001B7BF2" w:rsidP="000013AE">
            <w:pPr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</w:p>
        </w:tc>
      </w:tr>
      <w:tr w:rsidR="001B7BF2" w:rsidRPr="00F6527E" w:rsidTr="001B7BF2">
        <w:tc>
          <w:tcPr>
            <w:tcW w:w="1985" w:type="dxa"/>
          </w:tcPr>
          <w:p w:rsidR="001B7BF2" w:rsidRPr="00F6527E" w:rsidRDefault="001B7BF2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F6527E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Rezultati 1</w:t>
            </w:r>
          </w:p>
          <w:p w:rsidR="001B7BF2" w:rsidRPr="00F6527E" w:rsidRDefault="001B7BF2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2230" w:type="dxa"/>
          </w:tcPr>
          <w:p w:rsidR="001B7BF2" w:rsidRPr="00F6527E" w:rsidRDefault="001B7BF2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1967" w:type="dxa"/>
          </w:tcPr>
          <w:p w:rsidR="001B7BF2" w:rsidRPr="00F6527E" w:rsidRDefault="001B7BF2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1636" w:type="dxa"/>
          </w:tcPr>
          <w:p w:rsidR="001B7BF2" w:rsidRPr="00F6527E" w:rsidRDefault="001B7BF2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2334" w:type="dxa"/>
          </w:tcPr>
          <w:p w:rsidR="001B7BF2" w:rsidRPr="00F6527E" w:rsidRDefault="001B7BF2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1B7BF2" w:rsidRPr="00F6527E" w:rsidTr="001B7BF2">
        <w:tc>
          <w:tcPr>
            <w:tcW w:w="1985" w:type="dxa"/>
          </w:tcPr>
          <w:p w:rsidR="001B7BF2" w:rsidRPr="00F6527E" w:rsidRDefault="001B7BF2" w:rsidP="001B7BF2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F6527E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Rezultati 2</w:t>
            </w:r>
          </w:p>
          <w:p w:rsidR="001B7BF2" w:rsidRPr="00F6527E" w:rsidRDefault="001B7BF2" w:rsidP="001B7BF2">
            <w:pPr>
              <w:rPr>
                <w:lang w:val="sq-AL"/>
              </w:rPr>
            </w:pPr>
          </w:p>
        </w:tc>
        <w:tc>
          <w:tcPr>
            <w:tcW w:w="2230" w:type="dxa"/>
          </w:tcPr>
          <w:p w:rsidR="001B7BF2" w:rsidRPr="00F6527E" w:rsidRDefault="001B7BF2" w:rsidP="001B7BF2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1967" w:type="dxa"/>
          </w:tcPr>
          <w:p w:rsidR="001B7BF2" w:rsidRPr="00F6527E" w:rsidRDefault="001B7BF2" w:rsidP="001B7BF2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1636" w:type="dxa"/>
          </w:tcPr>
          <w:p w:rsidR="001B7BF2" w:rsidRPr="00F6527E" w:rsidRDefault="001B7BF2" w:rsidP="001B7BF2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2334" w:type="dxa"/>
          </w:tcPr>
          <w:p w:rsidR="001B7BF2" w:rsidRPr="00F6527E" w:rsidRDefault="001B7BF2" w:rsidP="001B7BF2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1B7BF2" w:rsidRPr="00F6527E" w:rsidTr="001B7BF2">
        <w:tc>
          <w:tcPr>
            <w:tcW w:w="1985" w:type="dxa"/>
          </w:tcPr>
          <w:p w:rsidR="001B7BF2" w:rsidRPr="00F6527E" w:rsidRDefault="001B7BF2" w:rsidP="001B7BF2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F6527E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Rezultati 3</w:t>
            </w:r>
          </w:p>
          <w:p w:rsidR="001B7BF2" w:rsidRPr="00F6527E" w:rsidRDefault="001B7BF2" w:rsidP="001B7BF2">
            <w:pPr>
              <w:rPr>
                <w:lang w:val="sq-AL"/>
              </w:rPr>
            </w:pPr>
          </w:p>
        </w:tc>
        <w:tc>
          <w:tcPr>
            <w:tcW w:w="2230" w:type="dxa"/>
          </w:tcPr>
          <w:p w:rsidR="001B7BF2" w:rsidRPr="00F6527E" w:rsidRDefault="001B7BF2" w:rsidP="001B7BF2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1967" w:type="dxa"/>
          </w:tcPr>
          <w:p w:rsidR="001B7BF2" w:rsidRPr="00F6527E" w:rsidRDefault="001B7BF2" w:rsidP="001B7BF2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1636" w:type="dxa"/>
          </w:tcPr>
          <w:p w:rsidR="001B7BF2" w:rsidRPr="00F6527E" w:rsidRDefault="001B7BF2" w:rsidP="001B7BF2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2334" w:type="dxa"/>
          </w:tcPr>
          <w:p w:rsidR="001B7BF2" w:rsidRPr="00F6527E" w:rsidRDefault="001B7BF2" w:rsidP="001B7BF2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1B7BF2" w:rsidRPr="00F6527E" w:rsidTr="001B7BF2">
        <w:tc>
          <w:tcPr>
            <w:tcW w:w="1985" w:type="dxa"/>
          </w:tcPr>
          <w:p w:rsidR="001B7BF2" w:rsidRPr="00F6527E" w:rsidRDefault="001B7BF2" w:rsidP="001B7BF2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F6527E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Rezultati 4</w:t>
            </w:r>
          </w:p>
          <w:p w:rsidR="001B7BF2" w:rsidRPr="00F6527E" w:rsidRDefault="001B7BF2" w:rsidP="001B7BF2">
            <w:pPr>
              <w:rPr>
                <w:lang w:val="sq-AL"/>
              </w:rPr>
            </w:pPr>
          </w:p>
        </w:tc>
        <w:tc>
          <w:tcPr>
            <w:tcW w:w="2230" w:type="dxa"/>
          </w:tcPr>
          <w:p w:rsidR="001B7BF2" w:rsidRPr="00F6527E" w:rsidRDefault="001B7BF2" w:rsidP="001B7BF2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1967" w:type="dxa"/>
          </w:tcPr>
          <w:p w:rsidR="001B7BF2" w:rsidRPr="00F6527E" w:rsidRDefault="001B7BF2" w:rsidP="001B7BF2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1636" w:type="dxa"/>
          </w:tcPr>
          <w:p w:rsidR="001B7BF2" w:rsidRPr="00F6527E" w:rsidRDefault="001B7BF2" w:rsidP="001B7BF2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2334" w:type="dxa"/>
          </w:tcPr>
          <w:p w:rsidR="001B7BF2" w:rsidRPr="00F6527E" w:rsidRDefault="001B7BF2" w:rsidP="001B7BF2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</w:tr>
    </w:tbl>
    <w:p w:rsidR="001B7BF2" w:rsidRPr="00F6527E" w:rsidRDefault="001B7BF2" w:rsidP="000013AE">
      <w:pPr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E05C22" w:rsidRPr="00F6527E" w:rsidRDefault="00F6527E" w:rsidP="000013AE">
      <w:pPr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sz w:val="24"/>
          <w:szCs w:val="24"/>
          <w:lang w:val="sq-AL"/>
        </w:rPr>
        <w:t>8</w:t>
      </w:r>
      <w:r w:rsidR="00B111A6" w:rsidRPr="00F6527E">
        <w:rPr>
          <w:rFonts w:ascii="Times New Roman" w:hAnsi="Times New Roman" w:cs="Times New Roman"/>
          <w:b/>
          <w:sz w:val="24"/>
          <w:szCs w:val="24"/>
          <w:lang w:val="sq-AL"/>
        </w:rPr>
        <w:t>. NDIKIMI MJEDISOR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10"/>
        <w:gridCol w:w="6642"/>
      </w:tblGrid>
      <w:tr w:rsidR="009C6BC7" w:rsidRPr="00F6527E" w:rsidTr="009C6BC7">
        <w:tc>
          <w:tcPr>
            <w:tcW w:w="3510" w:type="dxa"/>
          </w:tcPr>
          <w:p w:rsidR="009C6BC7" w:rsidRPr="00F6527E" w:rsidRDefault="009C6BC7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F6527E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Sasia e mbeturinave që synohet të reduktohet/riciklohet:</w:t>
            </w:r>
          </w:p>
          <w:p w:rsidR="009C6BC7" w:rsidRPr="00F6527E" w:rsidRDefault="009C6BC7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6642" w:type="dxa"/>
          </w:tcPr>
          <w:p w:rsidR="009C6BC7" w:rsidRPr="00F6527E" w:rsidRDefault="009C6BC7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9C6BC7" w:rsidRPr="00F6527E" w:rsidTr="009C6BC7">
        <w:tc>
          <w:tcPr>
            <w:tcW w:w="3510" w:type="dxa"/>
          </w:tcPr>
          <w:p w:rsidR="009C6BC7" w:rsidRPr="00F6527E" w:rsidRDefault="009C6BC7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F6527E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Lloji i materialit/mbeturinës:</w:t>
            </w:r>
          </w:p>
          <w:p w:rsidR="009C6BC7" w:rsidRPr="00F6527E" w:rsidRDefault="009C6BC7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6642" w:type="dxa"/>
          </w:tcPr>
          <w:p w:rsidR="009C6BC7" w:rsidRPr="00F6527E" w:rsidRDefault="009C6BC7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9C6BC7" w:rsidRPr="00F6527E" w:rsidRDefault="009C6BC7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9C6BC7" w:rsidRPr="00F6527E" w:rsidRDefault="009C6BC7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9C6BC7" w:rsidRPr="00F6527E" w:rsidTr="009C6BC7">
        <w:tc>
          <w:tcPr>
            <w:tcW w:w="3510" w:type="dxa"/>
          </w:tcPr>
          <w:p w:rsidR="009C6BC7" w:rsidRPr="00F6527E" w:rsidRDefault="009C6BC7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F6527E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Metoda e matjes dhe verifikimit:</w:t>
            </w:r>
          </w:p>
          <w:p w:rsidR="009C6BC7" w:rsidRPr="00F6527E" w:rsidRDefault="009C6BC7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6642" w:type="dxa"/>
          </w:tcPr>
          <w:p w:rsidR="009C6BC7" w:rsidRPr="00F6527E" w:rsidRDefault="009C6BC7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9C6BC7" w:rsidRPr="00F6527E" w:rsidRDefault="009C6BC7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9C6BC7" w:rsidRPr="00F6527E" w:rsidRDefault="009C6BC7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</w:tr>
    </w:tbl>
    <w:p w:rsidR="009C6BC7" w:rsidRPr="00F6527E" w:rsidRDefault="009C6BC7" w:rsidP="000013AE">
      <w:pPr>
        <w:rPr>
          <w:rFonts w:ascii="Times New Roman" w:hAnsi="Times New Roman" w:cs="Times New Roman"/>
          <w:sz w:val="24"/>
          <w:szCs w:val="24"/>
          <w:lang w:val="sq-AL"/>
        </w:rPr>
      </w:pPr>
    </w:p>
    <w:p w:rsidR="00E05C22" w:rsidRPr="00F6527E" w:rsidRDefault="00F6527E" w:rsidP="000013AE">
      <w:pPr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sz w:val="24"/>
          <w:szCs w:val="24"/>
          <w:lang w:val="sq-AL"/>
        </w:rPr>
        <w:t>9</w:t>
      </w:r>
      <w:r w:rsidR="00B111A6" w:rsidRPr="00F6527E">
        <w:rPr>
          <w:rFonts w:ascii="Times New Roman" w:hAnsi="Times New Roman" w:cs="Times New Roman"/>
          <w:b/>
          <w:sz w:val="24"/>
          <w:szCs w:val="24"/>
          <w:lang w:val="sq-AL"/>
        </w:rPr>
        <w:t>. MODELI</w:t>
      </w:r>
      <w:r w:rsidR="009C6BC7" w:rsidRPr="00F6527E">
        <w:rPr>
          <w:rFonts w:ascii="Times New Roman" w:hAnsi="Times New Roman" w:cs="Times New Roman"/>
          <w:b/>
          <w:sz w:val="24"/>
          <w:szCs w:val="24"/>
          <w:lang w:val="sq-AL"/>
        </w:rPr>
        <w:t xml:space="preserve"> I BIZNESIT DHE </w:t>
      </w:r>
      <w:r w:rsidR="00B111A6" w:rsidRPr="00F6527E">
        <w:rPr>
          <w:rFonts w:ascii="Times New Roman" w:hAnsi="Times New Roman" w:cs="Times New Roman"/>
          <w:b/>
          <w:sz w:val="24"/>
          <w:szCs w:val="24"/>
          <w:lang w:val="sq-AL"/>
        </w:rPr>
        <w:t xml:space="preserve">QËNDRUESHMËRIA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10"/>
        <w:gridCol w:w="6642"/>
      </w:tblGrid>
      <w:tr w:rsidR="009C6BC7" w:rsidRPr="00F6527E" w:rsidTr="009C6BC7">
        <w:tc>
          <w:tcPr>
            <w:tcW w:w="3510" w:type="dxa"/>
          </w:tcPr>
          <w:p w:rsidR="009C6BC7" w:rsidRPr="00F6527E" w:rsidRDefault="009C6BC7" w:rsidP="009C6BC7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F6527E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Si do të vazhdojë aktiviteti pas subvencionit?</w:t>
            </w:r>
          </w:p>
          <w:p w:rsidR="009C6BC7" w:rsidRPr="00F6527E" w:rsidRDefault="009C6BC7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9C6BC7" w:rsidRPr="00F6527E" w:rsidRDefault="009C6BC7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6642" w:type="dxa"/>
          </w:tcPr>
          <w:p w:rsidR="009C6BC7" w:rsidRPr="00F6527E" w:rsidRDefault="009C6BC7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9C6BC7" w:rsidRPr="00F6527E" w:rsidTr="009C6BC7">
        <w:tc>
          <w:tcPr>
            <w:tcW w:w="3510" w:type="dxa"/>
          </w:tcPr>
          <w:p w:rsidR="009C6BC7" w:rsidRPr="00F6527E" w:rsidRDefault="009C6BC7" w:rsidP="009C6BC7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F6527E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Si do të mirëmbahen pajisjet/investimet?</w:t>
            </w:r>
          </w:p>
          <w:p w:rsidR="009C6BC7" w:rsidRPr="00F6527E" w:rsidRDefault="009C6BC7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9C6BC7" w:rsidRPr="00F6527E" w:rsidRDefault="009C6BC7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9C6BC7" w:rsidRPr="00F6527E" w:rsidRDefault="009C6BC7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6642" w:type="dxa"/>
          </w:tcPr>
          <w:p w:rsidR="009C6BC7" w:rsidRPr="00F6527E" w:rsidRDefault="009C6BC7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9C6BC7" w:rsidRPr="00F6527E" w:rsidTr="009C6BC7">
        <w:tc>
          <w:tcPr>
            <w:tcW w:w="3510" w:type="dxa"/>
          </w:tcPr>
          <w:p w:rsidR="009C6BC7" w:rsidRPr="00F6527E" w:rsidRDefault="009C6BC7" w:rsidP="009C6BC7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F6527E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Si mund të zgjerohet ose replikohet projekti?</w:t>
            </w:r>
          </w:p>
          <w:p w:rsidR="009C6BC7" w:rsidRPr="00F6527E" w:rsidRDefault="009C6BC7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9C6BC7" w:rsidRPr="00F6527E" w:rsidRDefault="009C6BC7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9C6BC7" w:rsidRPr="00F6527E" w:rsidRDefault="009C6BC7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6642" w:type="dxa"/>
          </w:tcPr>
          <w:p w:rsidR="009C6BC7" w:rsidRPr="00F6527E" w:rsidRDefault="009C6BC7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9C6BC7" w:rsidRPr="00F6527E" w:rsidTr="009C6BC7">
        <w:tc>
          <w:tcPr>
            <w:tcW w:w="3510" w:type="dxa"/>
          </w:tcPr>
          <w:p w:rsidR="009C6BC7" w:rsidRPr="00F6527E" w:rsidRDefault="009C6BC7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F6527E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A parashikohen të ardhura/investime të mëtejshme?</w:t>
            </w:r>
          </w:p>
          <w:p w:rsidR="009C6BC7" w:rsidRPr="00F6527E" w:rsidRDefault="009C6BC7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9C6BC7" w:rsidRPr="00F6527E" w:rsidRDefault="009C6BC7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9C6BC7" w:rsidRPr="00F6527E" w:rsidRDefault="009C6BC7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6642" w:type="dxa"/>
          </w:tcPr>
          <w:p w:rsidR="009C6BC7" w:rsidRPr="00F6527E" w:rsidRDefault="009C6BC7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</w:tr>
    </w:tbl>
    <w:p w:rsidR="009C6BC7" w:rsidRPr="00F6527E" w:rsidRDefault="009C6BC7" w:rsidP="000013AE">
      <w:pPr>
        <w:rPr>
          <w:rFonts w:ascii="Times New Roman" w:hAnsi="Times New Roman" w:cs="Times New Roman"/>
          <w:sz w:val="24"/>
          <w:szCs w:val="24"/>
          <w:lang w:val="sq-AL"/>
        </w:rPr>
      </w:pPr>
    </w:p>
    <w:p w:rsidR="00E05C22" w:rsidRPr="00F6527E" w:rsidRDefault="00F6527E" w:rsidP="000013AE">
      <w:pPr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sz w:val="24"/>
          <w:szCs w:val="24"/>
          <w:lang w:val="sq-AL"/>
        </w:rPr>
        <w:lastRenderedPageBreak/>
        <w:t>10</w:t>
      </w:r>
      <w:r w:rsidR="00B111A6" w:rsidRPr="00F6527E">
        <w:rPr>
          <w:rFonts w:ascii="Times New Roman" w:hAnsi="Times New Roman" w:cs="Times New Roman"/>
          <w:b/>
          <w:sz w:val="24"/>
          <w:szCs w:val="24"/>
          <w:lang w:val="sq-AL"/>
        </w:rPr>
        <w:t>. PËRFSHIRJA E KOMUNITETIT</w:t>
      </w:r>
    </w:p>
    <w:p w:rsidR="00E05C22" w:rsidRPr="00F6527E" w:rsidRDefault="00B111A6" w:rsidP="000013AE">
      <w:pPr>
        <w:rPr>
          <w:rFonts w:ascii="Times New Roman" w:hAnsi="Times New Roman" w:cs="Times New Roman"/>
          <w:sz w:val="24"/>
          <w:szCs w:val="24"/>
          <w:lang w:val="sq-AL"/>
        </w:rPr>
      </w:pPr>
      <w:r w:rsidRPr="00F6527E">
        <w:rPr>
          <w:rFonts w:ascii="Times New Roman" w:hAnsi="Times New Roman" w:cs="Times New Roman"/>
          <w:sz w:val="24"/>
          <w:szCs w:val="24"/>
          <w:lang w:val="sq-AL"/>
        </w:rPr>
        <w:t>Përshkruani përfshirjen e banorëve/komunitetit dhe kontributin e tyre.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52"/>
      </w:tblGrid>
      <w:tr w:rsidR="009C6BC7" w:rsidRPr="00F6527E" w:rsidTr="009C6BC7">
        <w:tc>
          <w:tcPr>
            <w:tcW w:w="10152" w:type="dxa"/>
          </w:tcPr>
          <w:p w:rsidR="009C6BC7" w:rsidRPr="00F6527E" w:rsidRDefault="009C6BC7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9C6BC7" w:rsidRPr="00F6527E" w:rsidRDefault="009C6BC7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9C6BC7" w:rsidRPr="00F6527E" w:rsidRDefault="009C6BC7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9C6BC7" w:rsidRPr="00F6527E" w:rsidRDefault="009C6BC7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9C6BC7" w:rsidRPr="00F6527E" w:rsidRDefault="009C6BC7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9C6BC7" w:rsidRPr="00F6527E" w:rsidRDefault="009C6BC7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9C6BC7" w:rsidRPr="00F6527E" w:rsidRDefault="009C6BC7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</w:tr>
    </w:tbl>
    <w:p w:rsidR="009C6BC7" w:rsidRPr="00F6527E" w:rsidRDefault="009C6BC7" w:rsidP="000013AE">
      <w:pPr>
        <w:rPr>
          <w:rFonts w:ascii="Times New Roman" w:hAnsi="Times New Roman" w:cs="Times New Roman"/>
          <w:sz w:val="24"/>
          <w:szCs w:val="24"/>
          <w:lang w:val="sq-AL"/>
        </w:rPr>
      </w:pPr>
    </w:p>
    <w:p w:rsidR="00E05C22" w:rsidRPr="00F6527E" w:rsidRDefault="00F6527E" w:rsidP="000013AE">
      <w:pPr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sz w:val="24"/>
          <w:szCs w:val="24"/>
          <w:lang w:val="sq-AL"/>
        </w:rPr>
        <w:t>11</w:t>
      </w:r>
      <w:r w:rsidR="00B111A6" w:rsidRPr="00F6527E">
        <w:rPr>
          <w:rFonts w:ascii="Times New Roman" w:hAnsi="Times New Roman" w:cs="Times New Roman"/>
          <w:b/>
          <w:sz w:val="24"/>
          <w:szCs w:val="24"/>
          <w:lang w:val="sq-AL"/>
        </w:rPr>
        <w:t>. RREZIQET DHE MASAT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30"/>
        <w:gridCol w:w="2030"/>
        <w:gridCol w:w="1577"/>
        <w:gridCol w:w="2484"/>
        <w:gridCol w:w="2031"/>
      </w:tblGrid>
      <w:tr w:rsidR="009C6BC7" w:rsidRPr="00F6527E" w:rsidTr="009C6BC7">
        <w:tc>
          <w:tcPr>
            <w:tcW w:w="2030" w:type="dxa"/>
          </w:tcPr>
          <w:p w:rsidR="009C6BC7" w:rsidRPr="00F6527E" w:rsidRDefault="009C6BC7" w:rsidP="000013AE">
            <w:pPr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F6527E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Rreziku</w:t>
            </w:r>
          </w:p>
        </w:tc>
        <w:tc>
          <w:tcPr>
            <w:tcW w:w="2030" w:type="dxa"/>
          </w:tcPr>
          <w:p w:rsidR="009C6BC7" w:rsidRPr="00F6527E" w:rsidRDefault="009C6BC7" w:rsidP="000013AE">
            <w:pPr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F6527E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Probabiliteti</w:t>
            </w:r>
          </w:p>
        </w:tc>
        <w:tc>
          <w:tcPr>
            <w:tcW w:w="1577" w:type="dxa"/>
          </w:tcPr>
          <w:p w:rsidR="009C6BC7" w:rsidRPr="00F6527E" w:rsidRDefault="009C6BC7" w:rsidP="000013AE">
            <w:pPr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F6527E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Ndikimi</w:t>
            </w:r>
          </w:p>
        </w:tc>
        <w:tc>
          <w:tcPr>
            <w:tcW w:w="2484" w:type="dxa"/>
          </w:tcPr>
          <w:p w:rsidR="009C6BC7" w:rsidRPr="00F6527E" w:rsidRDefault="009C6BC7" w:rsidP="000013AE">
            <w:pPr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F6527E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Masa parandaluese-korrigjuese</w:t>
            </w:r>
          </w:p>
        </w:tc>
        <w:tc>
          <w:tcPr>
            <w:tcW w:w="2031" w:type="dxa"/>
          </w:tcPr>
          <w:p w:rsidR="009C6BC7" w:rsidRPr="00F6527E" w:rsidRDefault="009C6BC7" w:rsidP="000013AE">
            <w:pPr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F6527E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Përgjegjësi</w:t>
            </w:r>
          </w:p>
        </w:tc>
      </w:tr>
      <w:tr w:rsidR="009C6BC7" w:rsidRPr="00F6527E" w:rsidTr="009C6BC7">
        <w:tc>
          <w:tcPr>
            <w:tcW w:w="2030" w:type="dxa"/>
          </w:tcPr>
          <w:p w:rsidR="009C6BC7" w:rsidRPr="00F6527E" w:rsidRDefault="009C6BC7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F6527E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Rreziku 1:</w:t>
            </w:r>
          </w:p>
          <w:p w:rsidR="009C6BC7" w:rsidRPr="00F6527E" w:rsidRDefault="009C6BC7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9C6BC7" w:rsidRPr="00F6527E" w:rsidRDefault="009C6BC7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2030" w:type="dxa"/>
          </w:tcPr>
          <w:p w:rsidR="009C6BC7" w:rsidRPr="00F6527E" w:rsidRDefault="009C6BC7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1577" w:type="dxa"/>
          </w:tcPr>
          <w:p w:rsidR="009C6BC7" w:rsidRPr="00F6527E" w:rsidRDefault="009C6BC7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2484" w:type="dxa"/>
          </w:tcPr>
          <w:p w:rsidR="009C6BC7" w:rsidRPr="00F6527E" w:rsidRDefault="009C6BC7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2031" w:type="dxa"/>
          </w:tcPr>
          <w:p w:rsidR="009C6BC7" w:rsidRPr="00F6527E" w:rsidRDefault="009C6BC7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9C6BC7" w:rsidRPr="00F6527E" w:rsidTr="009C6BC7">
        <w:tc>
          <w:tcPr>
            <w:tcW w:w="2030" w:type="dxa"/>
          </w:tcPr>
          <w:p w:rsidR="009C6BC7" w:rsidRPr="00F6527E" w:rsidRDefault="009C6BC7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F6527E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Rreziku 2:</w:t>
            </w:r>
          </w:p>
          <w:p w:rsidR="009C6BC7" w:rsidRPr="00F6527E" w:rsidRDefault="009C6BC7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9C6BC7" w:rsidRPr="00F6527E" w:rsidRDefault="009C6BC7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2030" w:type="dxa"/>
          </w:tcPr>
          <w:p w:rsidR="009C6BC7" w:rsidRPr="00F6527E" w:rsidRDefault="009C6BC7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1577" w:type="dxa"/>
          </w:tcPr>
          <w:p w:rsidR="009C6BC7" w:rsidRPr="00F6527E" w:rsidRDefault="009C6BC7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2484" w:type="dxa"/>
          </w:tcPr>
          <w:p w:rsidR="009C6BC7" w:rsidRPr="00F6527E" w:rsidRDefault="009C6BC7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2031" w:type="dxa"/>
          </w:tcPr>
          <w:p w:rsidR="009C6BC7" w:rsidRPr="00F6527E" w:rsidRDefault="009C6BC7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9C6BC7" w:rsidRPr="00F6527E" w:rsidTr="009C6BC7">
        <w:tc>
          <w:tcPr>
            <w:tcW w:w="2030" w:type="dxa"/>
          </w:tcPr>
          <w:p w:rsidR="009C6BC7" w:rsidRPr="00F6527E" w:rsidRDefault="009C6BC7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F6527E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Rreziku 3:</w:t>
            </w:r>
          </w:p>
          <w:p w:rsidR="009C6BC7" w:rsidRPr="00F6527E" w:rsidRDefault="009C6BC7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9C6BC7" w:rsidRPr="00F6527E" w:rsidRDefault="009C6BC7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2030" w:type="dxa"/>
          </w:tcPr>
          <w:p w:rsidR="009C6BC7" w:rsidRPr="00F6527E" w:rsidRDefault="009C6BC7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1577" w:type="dxa"/>
          </w:tcPr>
          <w:p w:rsidR="009C6BC7" w:rsidRPr="00F6527E" w:rsidRDefault="009C6BC7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2484" w:type="dxa"/>
          </w:tcPr>
          <w:p w:rsidR="009C6BC7" w:rsidRPr="00F6527E" w:rsidRDefault="009C6BC7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2031" w:type="dxa"/>
          </w:tcPr>
          <w:p w:rsidR="009C6BC7" w:rsidRPr="00F6527E" w:rsidRDefault="009C6BC7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</w:tr>
    </w:tbl>
    <w:p w:rsidR="009C6BC7" w:rsidRPr="00F6527E" w:rsidRDefault="009C6BC7" w:rsidP="000013AE">
      <w:pPr>
        <w:rPr>
          <w:rFonts w:ascii="Times New Roman" w:hAnsi="Times New Roman" w:cs="Times New Roman"/>
          <w:sz w:val="24"/>
          <w:szCs w:val="24"/>
          <w:lang w:val="sq-AL"/>
        </w:rPr>
      </w:pPr>
    </w:p>
    <w:p w:rsidR="00E05C22" w:rsidRPr="00F6527E" w:rsidRDefault="00F6527E" w:rsidP="000013AE">
      <w:pPr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sz w:val="24"/>
          <w:szCs w:val="24"/>
          <w:lang w:val="sq-AL"/>
        </w:rPr>
        <w:t>12</w:t>
      </w:r>
      <w:r w:rsidR="00B111A6" w:rsidRPr="00F6527E">
        <w:rPr>
          <w:rFonts w:ascii="Times New Roman" w:hAnsi="Times New Roman" w:cs="Times New Roman"/>
          <w:b/>
          <w:sz w:val="24"/>
          <w:szCs w:val="24"/>
          <w:lang w:val="sq-AL"/>
        </w:rPr>
        <w:t>. IN</w:t>
      </w:r>
      <w:r w:rsidR="00B111A6" w:rsidRPr="00F6527E">
        <w:rPr>
          <w:rFonts w:ascii="Times New Roman" w:hAnsi="Times New Roman" w:cs="Times New Roman"/>
          <w:b/>
          <w:sz w:val="24"/>
          <w:szCs w:val="24"/>
          <w:lang w:val="sq-AL"/>
        </w:rPr>
        <w:t>FORMACIONE SHTESË DHE DOKUMENTE MBËSHTETËSE</w:t>
      </w:r>
    </w:p>
    <w:p w:rsidR="00E05C22" w:rsidRPr="00F6527E" w:rsidRDefault="00B111A6" w:rsidP="000013AE">
      <w:pPr>
        <w:rPr>
          <w:rFonts w:ascii="Times New Roman" w:hAnsi="Times New Roman" w:cs="Times New Roman"/>
          <w:sz w:val="24"/>
          <w:szCs w:val="24"/>
          <w:lang w:val="sq-AL"/>
        </w:rPr>
      </w:pPr>
      <w:r w:rsidRPr="00F6527E">
        <w:rPr>
          <w:rFonts w:ascii="Times New Roman" w:hAnsi="Times New Roman" w:cs="Times New Roman"/>
          <w:sz w:val="24"/>
          <w:szCs w:val="24"/>
          <w:lang w:val="sq-AL"/>
        </w:rPr>
        <w:t xml:space="preserve">Lista e dokumenteve bashkëngjitur: </w:t>
      </w:r>
      <w:bookmarkStart w:id="0" w:name="_GoBack"/>
      <w:bookmarkEnd w:id="0"/>
    </w:p>
    <w:p w:rsidR="00025E30" w:rsidRPr="00F6527E" w:rsidRDefault="00025E30" w:rsidP="00F6527E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val="sq-AL"/>
        </w:rPr>
      </w:pPr>
    </w:p>
    <w:p w:rsidR="00025E30" w:rsidRPr="00F6527E" w:rsidRDefault="00025E30" w:rsidP="00F6527E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val="sq-AL"/>
        </w:rPr>
      </w:pPr>
    </w:p>
    <w:p w:rsidR="009C6BC7" w:rsidRPr="00F6527E" w:rsidRDefault="009C6BC7" w:rsidP="00F6527E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val="sq-AL"/>
        </w:rPr>
      </w:pPr>
    </w:p>
    <w:p w:rsidR="00E05C22" w:rsidRPr="00F6527E" w:rsidRDefault="00F6527E" w:rsidP="000013AE">
      <w:pPr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sz w:val="24"/>
          <w:szCs w:val="24"/>
          <w:lang w:val="sq-AL"/>
        </w:rPr>
        <w:t>13</w:t>
      </w:r>
      <w:r w:rsidR="00B111A6" w:rsidRPr="00F6527E">
        <w:rPr>
          <w:rFonts w:ascii="Times New Roman" w:hAnsi="Times New Roman" w:cs="Times New Roman"/>
          <w:b/>
          <w:sz w:val="24"/>
          <w:szCs w:val="24"/>
          <w:lang w:val="sq-AL"/>
        </w:rPr>
        <w:t>. DEKLARATA E APLIKANTIT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84"/>
        <w:gridCol w:w="3384"/>
        <w:gridCol w:w="3384"/>
      </w:tblGrid>
      <w:tr w:rsidR="009C6BC7" w:rsidRPr="00F6527E" w:rsidTr="008E5665">
        <w:tc>
          <w:tcPr>
            <w:tcW w:w="10152" w:type="dxa"/>
            <w:gridSpan w:val="3"/>
          </w:tcPr>
          <w:p w:rsidR="009C6BC7" w:rsidRPr="00F6527E" w:rsidRDefault="009C6BC7" w:rsidP="00B111A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sq-AL"/>
              </w:rPr>
            </w:pPr>
            <w:r w:rsidRPr="00F6527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sq-AL"/>
              </w:rPr>
              <w:t>Deklaroj se të dhënat dhe dokumentet e paraqitura janë të sakta, të plota dhe të verifikueshme; se</w:t>
            </w:r>
            <w:r w:rsidR="00025E30" w:rsidRPr="00F6527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sq-AL"/>
              </w:rPr>
              <w:t xml:space="preserve"> </w:t>
            </w:r>
            <w:r w:rsidR="00025E30" w:rsidRPr="00F6527E">
              <w:rPr>
                <w:rFonts w:ascii="Times New Roman" w:hAnsi="Times New Roman" w:cs="Times New Roman"/>
                <w:i/>
                <w:sz w:val="24"/>
                <w:szCs w:val="24"/>
                <w:lang w:val="sq-AL"/>
              </w:rPr>
              <w:t>do të respektojë kushtet e thirrjes, përfshirë rregullat për konfliktin e interesit, mashtrimin, korrupsionin, financimin e dyfis</w:t>
            </w:r>
            <w:r w:rsidR="00025E30" w:rsidRPr="00F6527E">
              <w:rPr>
                <w:rFonts w:ascii="Times New Roman" w:hAnsi="Times New Roman" w:cs="Times New Roman"/>
                <w:i/>
                <w:sz w:val="24"/>
                <w:szCs w:val="24"/>
                <w:lang w:val="sq-AL"/>
              </w:rPr>
              <w:t>htë, raportimin dhe monitorimin;</w:t>
            </w:r>
            <w:r w:rsidRPr="00F6527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sq-AL"/>
              </w:rPr>
              <w:t xml:space="preserve"> dhe se MMPH </w:t>
            </w:r>
            <w:r w:rsidRPr="00F6527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sq-AL"/>
              </w:rPr>
              <w:t>mund t'i verifikojë të dhënat pranë institucioneve përkatëse.</w:t>
            </w:r>
          </w:p>
          <w:p w:rsidR="009C6BC7" w:rsidRPr="00F6527E" w:rsidRDefault="009C6BC7" w:rsidP="000013AE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9C6BC7" w:rsidRPr="00F6527E" w:rsidTr="009C6BC7">
        <w:tc>
          <w:tcPr>
            <w:tcW w:w="3384" w:type="dxa"/>
          </w:tcPr>
          <w:p w:rsidR="009C6BC7" w:rsidRPr="00F6527E" w:rsidRDefault="00025E30" w:rsidP="00025E30">
            <w:pPr>
              <w:jc w:val="center"/>
              <w:rPr>
                <w:rFonts w:ascii="Times New Roman" w:hAnsi="Times New Roman" w:cs="Times New Roman"/>
                <w:sz w:val="22"/>
                <w:lang w:val="sq-AL"/>
              </w:rPr>
            </w:pPr>
            <w:r w:rsidRPr="00F6527E">
              <w:rPr>
                <w:rFonts w:ascii="Times New Roman" w:hAnsi="Times New Roman" w:cs="Times New Roman"/>
                <w:sz w:val="22"/>
                <w:lang w:val="sq-AL"/>
              </w:rPr>
              <w:t>P</w:t>
            </w:r>
            <w:r w:rsidR="00F6527E" w:rsidRPr="00F6527E">
              <w:rPr>
                <w:rFonts w:ascii="Times New Roman" w:hAnsi="Times New Roman" w:cs="Times New Roman"/>
                <w:sz w:val="22"/>
                <w:lang w:val="sq-AL"/>
              </w:rPr>
              <w:t>ë</w:t>
            </w:r>
            <w:r w:rsidRPr="00F6527E">
              <w:rPr>
                <w:rFonts w:ascii="Times New Roman" w:hAnsi="Times New Roman" w:cs="Times New Roman"/>
                <w:sz w:val="22"/>
                <w:lang w:val="sq-AL"/>
              </w:rPr>
              <w:t>rfaq</w:t>
            </w:r>
            <w:r w:rsidR="00F6527E" w:rsidRPr="00F6527E">
              <w:rPr>
                <w:rFonts w:ascii="Times New Roman" w:hAnsi="Times New Roman" w:cs="Times New Roman"/>
                <w:sz w:val="22"/>
                <w:lang w:val="sq-AL"/>
              </w:rPr>
              <w:t>ë</w:t>
            </w:r>
            <w:r w:rsidRPr="00F6527E">
              <w:rPr>
                <w:rFonts w:ascii="Times New Roman" w:hAnsi="Times New Roman" w:cs="Times New Roman"/>
                <w:sz w:val="22"/>
                <w:lang w:val="sq-AL"/>
              </w:rPr>
              <w:t>suesi i aurtorizuar dhe pozita:</w:t>
            </w:r>
          </w:p>
          <w:p w:rsidR="00025E30" w:rsidRPr="00F6527E" w:rsidRDefault="00025E30" w:rsidP="00025E30">
            <w:pPr>
              <w:jc w:val="center"/>
              <w:rPr>
                <w:rFonts w:ascii="Times New Roman" w:hAnsi="Times New Roman" w:cs="Times New Roman"/>
                <w:sz w:val="22"/>
                <w:lang w:val="sq-AL"/>
              </w:rPr>
            </w:pPr>
          </w:p>
          <w:p w:rsidR="00025E30" w:rsidRPr="00F6527E" w:rsidRDefault="00025E30" w:rsidP="00025E30">
            <w:pPr>
              <w:jc w:val="center"/>
              <w:rPr>
                <w:rFonts w:ascii="Times New Roman" w:hAnsi="Times New Roman" w:cs="Times New Roman"/>
                <w:sz w:val="22"/>
                <w:lang w:val="sq-AL"/>
              </w:rPr>
            </w:pPr>
          </w:p>
          <w:p w:rsidR="00025E30" w:rsidRPr="00F6527E" w:rsidRDefault="00025E30" w:rsidP="00025E30">
            <w:pPr>
              <w:jc w:val="center"/>
              <w:rPr>
                <w:rFonts w:ascii="Times New Roman" w:hAnsi="Times New Roman" w:cs="Times New Roman"/>
                <w:sz w:val="22"/>
                <w:lang w:val="sq-AL"/>
              </w:rPr>
            </w:pPr>
          </w:p>
        </w:tc>
        <w:tc>
          <w:tcPr>
            <w:tcW w:w="3384" w:type="dxa"/>
          </w:tcPr>
          <w:p w:rsidR="009C6BC7" w:rsidRPr="00F6527E" w:rsidRDefault="00025E30" w:rsidP="00025E30">
            <w:pPr>
              <w:jc w:val="center"/>
              <w:rPr>
                <w:rFonts w:ascii="Times New Roman" w:hAnsi="Times New Roman" w:cs="Times New Roman"/>
                <w:sz w:val="22"/>
                <w:lang w:val="sq-AL"/>
              </w:rPr>
            </w:pPr>
            <w:r w:rsidRPr="00F6527E">
              <w:rPr>
                <w:rFonts w:ascii="Times New Roman" w:hAnsi="Times New Roman" w:cs="Times New Roman"/>
                <w:sz w:val="22"/>
                <w:lang w:val="sq-AL"/>
              </w:rPr>
              <w:t>N</w:t>
            </w:r>
            <w:r w:rsidR="00F6527E" w:rsidRPr="00F6527E">
              <w:rPr>
                <w:rFonts w:ascii="Times New Roman" w:hAnsi="Times New Roman" w:cs="Times New Roman"/>
                <w:sz w:val="22"/>
                <w:lang w:val="sq-AL"/>
              </w:rPr>
              <w:t>ë</w:t>
            </w:r>
            <w:r w:rsidRPr="00F6527E">
              <w:rPr>
                <w:rFonts w:ascii="Times New Roman" w:hAnsi="Times New Roman" w:cs="Times New Roman"/>
                <w:sz w:val="22"/>
                <w:lang w:val="sq-AL"/>
              </w:rPr>
              <w:t>nshkrimi dhe vula</w:t>
            </w:r>
          </w:p>
        </w:tc>
        <w:tc>
          <w:tcPr>
            <w:tcW w:w="3384" w:type="dxa"/>
          </w:tcPr>
          <w:p w:rsidR="009C6BC7" w:rsidRPr="00F6527E" w:rsidRDefault="00025E30" w:rsidP="00025E30">
            <w:pPr>
              <w:jc w:val="center"/>
              <w:rPr>
                <w:rFonts w:ascii="Times New Roman" w:hAnsi="Times New Roman" w:cs="Times New Roman"/>
                <w:sz w:val="22"/>
                <w:lang w:val="sq-AL"/>
              </w:rPr>
            </w:pPr>
            <w:r w:rsidRPr="00F6527E">
              <w:rPr>
                <w:rFonts w:ascii="Times New Roman" w:hAnsi="Times New Roman" w:cs="Times New Roman"/>
                <w:sz w:val="22"/>
                <w:lang w:val="sq-AL"/>
              </w:rPr>
              <w:t>Data</w:t>
            </w:r>
          </w:p>
        </w:tc>
      </w:tr>
    </w:tbl>
    <w:p w:rsidR="00E05C22" w:rsidRPr="00F6527E" w:rsidRDefault="00E05C22" w:rsidP="000013AE">
      <w:pPr>
        <w:rPr>
          <w:rFonts w:ascii="Times New Roman" w:hAnsi="Times New Roman" w:cs="Times New Roman"/>
          <w:sz w:val="24"/>
          <w:szCs w:val="24"/>
          <w:lang w:val="sq-AL"/>
        </w:rPr>
      </w:pPr>
    </w:p>
    <w:sectPr w:rsidR="00E05C22" w:rsidRPr="00F6527E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alibri Light">
    <w:altName w:val="Calibri Light"/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BA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C566A14"/>
    <w:multiLevelType w:val="hybridMultilevel"/>
    <w:tmpl w:val="ABA441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013AE"/>
    <w:rsid w:val="00025E30"/>
    <w:rsid w:val="00034616"/>
    <w:rsid w:val="0006063C"/>
    <w:rsid w:val="0015074B"/>
    <w:rsid w:val="001B7BF2"/>
    <w:rsid w:val="0029639D"/>
    <w:rsid w:val="00326F90"/>
    <w:rsid w:val="009C6BC7"/>
    <w:rsid w:val="00AA1D8D"/>
    <w:rsid w:val="00B111A6"/>
    <w:rsid w:val="00B47730"/>
    <w:rsid w:val="00CB0664"/>
    <w:rsid w:val="00E05C22"/>
    <w:rsid w:val="00F6527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011ED9C"/>
  <w14:defaultImageDpi w14:val="300"/>
  <w15:docId w15:val="{D6690AD3-780C-4D1B-A3CC-61B30198B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">
    <w:name w:val="Default"/>
    <w:rsid w:val="000013AE"/>
    <w:pPr>
      <w:autoSpaceDE w:val="0"/>
      <w:autoSpaceDN w:val="0"/>
      <w:adjustRightInd w:val="0"/>
      <w:spacing w:after="0" w:line="240" w:lineRule="auto"/>
    </w:pPr>
    <w:rPr>
      <w:rFonts w:ascii="Calibri Light" w:hAnsi="Calibri Light" w:cs="Calibri Light"/>
      <w:color w:val="000000"/>
      <w:sz w:val="24"/>
      <w:szCs w:val="24"/>
    </w:rPr>
  </w:style>
  <w:style w:type="character" w:customStyle="1" w:styleId="A1">
    <w:name w:val="A1"/>
    <w:uiPriority w:val="99"/>
    <w:rsid w:val="000013AE"/>
    <w:rPr>
      <w:color w:val="000000"/>
      <w:sz w:val="46"/>
      <w:szCs w:val="4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BBE6FE2-1BFF-4224-AC1B-7B71235EB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NB</cp:lastModifiedBy>
  <cp:revision>3</cp:revision>
  <dcterms:created xsi:type="dcterms:W3CDTF">2013-12-23T23:15:00Z</dcterms:created>
  <dcterms:modified xsi:type="dcterms:W3CDTF">2026-09-15T23:26:00Z</dcterms:modified>
  <cp:category/>
</cp:coreProperties>
</file>